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>за III „а“ 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F855A4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227FD8">
        <w:rPr>
          <w:sz w:val="18"/>
          <w:lang w:val="bg-BG"/>
        </w:rPr>
        <w:t>РД 1246-12/15.09.2026г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CD3E0D">
        <w:trPr>
          <w:jc w:val="center"/>
        </w:trPr>
        <w:tc>
          <w:tcPr>
            <w:tcW w:w="6917" w:type="dxa"/>
            <w:shd w:val="clear" w:color="auto" w:fill="EAF2F8"/>
          </w:tcPr>
          <w:p w:rsidR="00CD3E0D" w:rsidRDefault="00EC3D75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224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112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Човекът и обществото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Човекът и природата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48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2,5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80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Компютърно моделиране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Английски език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96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24,5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784</w:t>
            </w:r>
          </w:p>
        </w:tc>
      </w:tr>
      <w:tr w:rsidR="00CD3E0D">
        <w:trPr>
          <w:jc w:val="center"/>
        </w:trPr>
        <w:tc>
          <w:tcPr>
            <w:tcW w:w="6917" w:type="dxa"/>
            <w:shd w:val="clear" w:color="auto" w:fill="EAF2F8"/>
          </w:tcPr>
          <w:p w:rsidR="00CD3E0D" w:rsidRDefault="00EC3D75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48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2,5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80</w:t>
            </w:r>
          </w:p>
        </w:tc>
      </w:tr>
      <w:tr w:rsidR="00CD3E0D">
        <w:trPr>
          <w:jc w:val="center"/>
        </w:trPr>
        <w:tc>
          <w:tcPr>
            <w:tcW w:w="6917" w:type="dxa"/>
            <w:shd w:val="clear" w:color="auto" w:fill="EAF2F8"/>
          </w:tcPr>
          <w:p w:rsidR="00CD3E0D" w:rsidRDefault="00EC3D75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D3E0D" w:rsidRDefault="00CD3E0D">
            <w:pPr>
              <w:jc w:val="center"/>
            </w:pP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b/>
                <w:sz w:val="17"/>
              </w:rPr>
              <w:t xml:space="preserve">Общо за раздел </w:t>
            </w:r>
            <w:r>
              <w:rPr>
                <w:b/>
                <w:sz w:val="17"/>
              </w:rPr>
              <w:t>В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CD3E0D">
        <w:trPr>
          <w:jc w:val="center"/>
        </w:trPr>
        <w:tc>
          <w:tcPr>
            <w:tcW w:w="6917" w:type="dxa"/>
          </w:tcPr>
          <w:p w:rsidR="00CD3E0D" w:rsidRDefault="00EC3D75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1587" w:type="dxa"/>
          </w:tcPr>
          <w:p w:rsidR="00CD3E0D" w:rsidRDefault="00EC3D75">
            <w:pPr>
              <w:jc w:val="center"/>
            </w:pPr>
            <w:r>
              <w:rPr>
                <w:b/>
                <w:sz w:val="17"/>
              </w:rPr>
              <w:t>864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lastRenderedPageBreak/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CD3E0D">
        <w:trPr>
          <w:jc w:val="center"/>
        </w:trPr>
        <w:tc>
          <w:tcPr>
            <w:tcW w:w="6911" w:type="dxa"/>
          </w:tcPr>
          <w:p w:rsidR="00CD3E0D" w:rsidRDefault="00EC3D75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D3E0D">
        <w:trPr>
          <w:jc w:val="center"/>
        </w:trPr>
        <w:tc>
          <w:tcPr>
            <w:tcW w:w="6911" w:type="dxa"/>
          </w:tcPr>
          <w:p w:rsidR="00CD3E0D" w:rsidRDefault="00EC3D75">
            <w:r>
              <w:rPr>
                <w:sz w:val="17"/>
              </w:rPr>
              <w:t>Безопасност на движението по пътищата</w:t>
            </w:r>
          </w:p>
        </w:tc>
        <w:tc>
          <w:tcPr>
            <w:tcW w:w="1275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CD3E0D">
        <w:trPr>
          <w:jc w:val="center"/>
        </w:trPr>
        <w:tc>
          <w:tcPr>
            <w:tcW w:w="6911" w:type="dxa"/>
          </w:tcPr>
          <w:p w:rsidR="00CD3E0D" w:rsidRDefault="00EC3D75">
            <w:r>
              <w:rPr>
                <w:sz w:val="17"/>
              </w:rPr>
              <w:t>Час</w:t>
            </w:r>
            <w:r>
              <w:rPr>
                <w:sz w:val="17"/>
              </w:rPr>
              <w:t xml:space="preserve"> на класа</w:t>
            </w:r>
          </w:p>
        </w:tc>
        <w:tc>
          <w:tcPr>
            <w:tcW w:w="1275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CD3E0D" w:rsidRDefault="00EC3D75">
            <w:pPr>
              <w:jc w:val="center"/>
            </w:pPr>
            <w:r>
              <w:rPr>
                <w:sz w:val="17"/>
              </w:rPr>
              <w:t>26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3 часа през I срок и 3 часа през II срок; час на класа – 15 часа през I срок и 11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III „а“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32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0B440B" w:rsidRDefault="008C7BA2" w:rsidP="00F855A4">
      <w:pPr>
        <w:spacing w:before="160"/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227FD8">
        <w:rPr>
          <w:sz w:val="18"/>
          <w:lang w:val="bg-BG"/>
        </w:rPr>
        <w:t>РД 1246-12/15.09.2026г</w:t>
      </w:r>
      <w:bookmarkStart w:id="0" w:name="_GoBack"/>
      <w:bookmarkEnd w:id="0"/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D75" w:rsidRDefault="00EC3D75">
      <w:pPr>
        <w:spacing w:after="0" w:line="240" w:lineRule="auto"/>
      </w:pPr>
      <w:r>
        <w:separator/>
      </w:r>
    </w:p>
  </w:endnote>
  <w:endnote w:type="continuationSeparator" w:id="0">
    <w:p w:rsidR="00EC3D75" w:rsidRDefault="00EC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D75" w:rsidRDefault="00EC3D75">
      <w:pPr>
        <w:spacing w:after="0" w:line="240" w:lineRule="auto"/>
      </w:pPr>
      <w:r>
        <w:separator/>
      </w:r>
    </w:p>
  </w:footnote>
  <w:footnote w:type="continuationSeparator" w:id="0">
    <w:p w:rsidR="00EC3D75" w:rsidRDefault="00EC3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27FD8"/>
    <w:rsid w:val="0029639D"/>
    <w:rsid w:val="00326F90"/>
    <w:rsid w:val="008C7BA2"/>
    <w:rsid w:val="00AA1D8D"/>
    <w:rsid w:val="00B47730"/>
    <w:rsid w:val="00CB0664"/>
    <w:rsid w:val="00CD3E0D"/>
    <w:rsid w:val="00EC3D75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50765D-5F85-44D7-A4AE-FA2344311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2026-10-01T07:34:00Z</dcterms:modified>
  <cp:category/>
</cp:coreProperties>
</file>