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40B" w:rsidRDefault="008C7BA2">
      <w:pPr>
        <w:jc w:val="center"/>
      </w:pPr>
      <w:r>
        <w:rPr>
          <w:b/>
          <w:sz w:val="26"/>
        </w:rPr>
        <w:t>НУ „Отец Паисий“ – гр. Симеоновград</w:t>
      </w:r>
    </w:p>
    <w:p w:rsidR="000B440B" w:rsidRDefault="008C7BA2">
      <w:pPr>
        <w:jc w:val="center"/>
      </w:pPr>
      <w:r>
        <w:rPr>
          <w:sz w:val="18"/>
        </w:rPr>
        <w:t>ул. „Иван Арнаудов“ № 10 • тел. 03781/66-06 • e-mail: info-2604001@edu.mon.bg</w:t>
      </w: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0B440B" w:rsidRDefault="008C7BA2" w:rsidP="00F855A4">
      <w:r>
        <w:rPr>
          <w:b/>
        </w:rPr>
        <w:t>УТВЪРЖДАВАМ:</w:t>
      </w:r>
    </w:p>
    <w:p w:rsidR="000B440B" w:rsidRDefault="00F855A4" w:rsidP="00F855A4">
      <w:r>
        <w:rPr>
          <w:b/>
          <w:lang w:val="bg-BG"/>
        </w:rPr>
        <w:t xml:space="preserve">                                   </w:t>
      </w:r>
      <w:r w:rsidR="008C7BA2">
        <w:rPr>
          <w:b/>
        </w:rPr>
        <w:t>СВЕТЛАНА СТОЕВА</w:t>
      </w:r>
      <w:r w:rsidR="008C7BA2">
        <w:rPr>
          <w:sz w:val="18"/>
        </w:rPr>
        <w:br/>
      </w:r>
      <w:proofErr w:type="spellStart"/>
      <w:r w:rsidR="008C7BA2">
        <w:rPr>
          <w:sz w:val="18"/>
        </w:rPr>
        <w:t>Директор</w:t>
      </w:r>
      <w:proofErr w:type="spellEnd"/>
      <w:r w:rsidR="008C7BA2">
        <w:rPr>
          <w:sz w:val="18"/>
        </w:rPr>
        <w:t xml:space="preserve"> </w:t>
      </w:r>
      <w:proofErr w:type="spellStart"/>
      <w:r w:rsidR="008C7BA2">
        <w:rPr>
          <w:sz w:val="18"/>
        </w:rPr>
        <w:t>на</w:t>
      </w:r>
      <w:proofErr w:type="spellEnd"/>
      <w:r w:rsidR="008C7BA2">
        <w:rPr>
          <w:sz w:val="18"/>
        </w:rPr>
        <w:t xml:space="preserve"> НУ „</w:t>
      </w:r>
      <w:proofErr w:type="spellStart"/>
      <w:r w:rsidR="008C7BA2">
        <w:rPr>
          <w:sz w:val="18"/>
        </w:rPr>
        <w:t>Отец</w:t>
      </w:r>
      <w:proofErr w:type="spellEnd"/>
      <w:r w:rsidR="008C7BA2">
        <w:rPr>
          <w:sz w:val="18"/>
        </w:rPr>
        <w:t xml:space="preserve"> Паисий</w:t>
      </w:r>
      <w:proofErr w:type="gramStart"/>
      <w:r w:rsidR="008C7BA2">
        <w:rPr>
          <w:sz w:val="18"/>
        </w:rPr>
        <w:t>“ –</w:t>
      </w:r>
      <w:proofErr w:type="gramEnd"/>
      <w:r w:rsidR="008C7BA2">
        <w:rPr>
          <w:sz w:val="18"/>
        </w:rPr>
        <w:t xml:space="preserve"> гр. Симеоновград</w:t>
      </w:r>
      <w:r w:rsidR="008C7BA2">
        <w:rPr>
          <w:sz w:val="18"/>
        </w:rPr>
        <w:br/>
      </w:r>
    </w:p>
    <w:p w:rsidR="000B440B" w:rsidRDefault="008C7BA2">
      <w:pPr>
        <w:spacing w:before="160"/>
        <w:jc w:val="center"/>
      </w:pPr>
      <w:r>
        <w:rPr>
          <w:b/>
          <w:sz w:val="34"/>
        </w:rPr>
        <w:t>УЧИЛИЩЕН УЧЕБЕН ПЛАН</w:t>
      </w:r>
    </w:p>
    <w:p w:rsidR="000B440B" w:rsidRDefault="008C7BA2">
      <w:pPr>
        <w:jc w:val="center"/>
      </w:pPr>
      <w:r>
        <w:rPr>
          <w:b/>
          <w:sz w:val="28"/>
        </w:rPr>
        <w:t>за I „а“ клас</w:t>
      </w:r>
    </w:p>
    <w:p w:rsidR="000B440B" w:rsidRDefault="008C7BA2">
      <w:pPr>
        <w:jc w:val="center"/>
      </w:pPr>
      <w:r>
        <w:rPr>
          <w:b/>
          <w:sz w:val="24"/>
        </w:rPr>
        <w:t>учебна 2026/2027 година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Форма на обучение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Организация на учебния ден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целодневна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b/>
                <w:sz w:val="18"/>
              </w:rPr>
              <w:t>Рамков учебен план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sz w:val="18"/>
              </w:rPr>
              <w:t>Приложение № 1 към чл. 12, ал. 2, т. 1 от Наредба № 4 от 30.11.2015 г. за учебния план</w:t>
            </w:r>
          </w:p>
        </w:tc>
      </w:tr>
    </w:tbl>
    <w:p w:rsidR="00F855A4" w:rsidRDefault="008C7BA2" w:rsidP="00F855A4">
      <w:pPr>
        <w:spacing w:before="140"/>
        <w:rPr>
          <w:sz w:val="18"/>
          <w:lang w:val="bg-BG"/>
        </w:rPr>
      </w:pPr>
      <w:r>
        <w:rPr>
          <w:sz w:val="18"/>
        </w:rPr>
        <w:t xml:space="preserve">Училищният учебен план е разработен в съответствие с Наредба № 4 от 30 ноември 2015 г. за учебния план, в актуалната ѝ редакция за учебната 2026/2027 година. </w:t>
      </w:r>
      <w:proofErr w:type="spellStart"/>
      <w:r>
        <w:rPr>
          <w:sz w:val="18"/>
        </w:rPr>
        <w:t>Приет</w:t>
      </w:r>
      <w:proofErr w:type="spellEnd"/>
      <w:r>
        <w:rPr>
          <w:sz w:val="18"/>
        </w:rPr>
        <w:t xml:space="preserve"> е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заседание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Педагогическия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съвет</w:t>
      </w:r>
      <w:proofErr w:type="spellEnd"/>
      <w:r>
        <w:rPr>
          <w:sz w:val="18"/>
        </w:rPr>
        <w:t xml:space="preserve"> с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</w:t>
      </w:r>
      <w:proofErr w:type="gramStart"/>
      <w:r w:rsidR="00F855A4" w:rsidRPr="00F855A4">
        <w:rPr>
          <w:sz w:val="18"/>
          <w:lang w:val="bg-BG"/>
        </w:rPr>
        <w:t xml:space="preserve">11.09.2026 </w:t>
      </w:r>
      <w:r w:rsidRPr="00F855A4">
        <w:rPr>
          <w:sz w:val="18"/>
        </w:rPr>
        <w:t xml:space="preserve"> </w:t>
      </w:r>
      <w:r>
        <w:rPr>
          <w:sz w:val="18"/>
        </w:rPr>
        <w:t>и</w:t>
      </w:r>
      <w:proofErr w:type="gramEnd"/>
      <w:r>
        <w:rPr>
          <w:sz w:val="18"/>
        </w:rPr>
        <w:t xml:space="preserve"> е </w:t>
      </w:r>
      <w:proofErr w:type="spellStart"/>
      <w:r>
        <w:rPr>
          <w:sz w:val="18"/>
        </w:rPr>
        <w:t>утвърден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със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заповед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директора</w:t>
      </w:r>
      <w:proofErr w:type="spellEnd"/>
      <w:r>
        <w:rPr>
          <w:sz w:val="18"/>
        </w:rPr>
        <w:t xml:space="preserve"> </w:t>
      </w:r>
      <w:r w:rsidR="00F855A4" w:rsidRPr="00F855A4">
        <w:rPr>
          <w:sz w:val="18"/>
        </w:rPr>
        <w:t xml:space="preserve">№ </w:t>
      </w:r>
      <w:r w:rsidR="00681CC5">
        <w:rPr>
          <w:sz w:val="18"/>
          <w:lang w:val="bg-BG"/>
        </w:rPr>
        <w:t>РД 1243-9/15.09.2026г</w:t>
      </w:r>
    </w:p>
    <w:p w:rsidR="000B440B" w:rsidRDefault="008C7BA2" w:rsidP="00F855A4">
      <w:pPr>
        <w:spacing w:before="140"/>
      </w:pPr>
      <w:r>
        <w:rPr>
          <w:b/>
          <w:sz w:val="22"/>
        </w:rPr>
        <w:t>I. УЧЕБНИ ПРЕДМЕТИ, СЕДМИЧЕН И ГОДИШЕН БРОЙ НА УЧЕБНИТЕ ЧАСОВЕ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1304"/>
        <w:gridCol w:w="1587"/>
      </w:tblGrid>
      <w:tr w:rsidR="000B440B">
        <w:trPr>
          <w:tblHeader/>
          <w:jc w:val="center"/>
        </w:trPr>
        <w:tc>
          <w:tcPr>
            <w:tcW w:w="691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Учебни предмети / вид подготовка</w:t>
            </w:r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58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CA6D5E">
        <w:trPr>
          <w:jc w:val="center"/>
        </w:trPr>
        <w:tc>
          <w:tcPr>
            <w:tcW w:w="6917" w:type="dxa"/>
            <w:shd w:val="clear" w:color="auto" w:fill="EAF2F8"/>
          </w:tcPr>
          <w:p w:rsidR="00CA6D5E" w:rsidRDefault="00E6035A">
            <w:r>
              <w:rPr>
                <w:b/>
                <w:sz w:val="17"/>
              </w:rPr>
              <w:t>Раздел А – задължителни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CA6D5E" w:rsidRDefault="00CA6D5E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CA6D5E" w:rsidRDefault="00CA6D5E">
            <w:pPr>
              <w:jc w:val="center"/>
            </w:pP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>Български език и литература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224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>Математика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128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>Родинознание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>Музика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>Изобразително изкуство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>Физическо възпитание и спорт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>Технологии и предприемачество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b/>
                <w:sz w:val="17"/>
              </w:rPr>
              <w:t>Общо за раздел А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b/>
                <w:sz w:val="17"/>
              </w:rPr>
              <w:t>19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b/>
                <w:sz w:val="17"/>
              </w:rPr>
              <w:t>608</w:t>
            </w:r>
          </w:p>
        </w:tc>
      </w:tr>
      <w:tr w:rsidR="00CA6D5E">
        <w:trPr>
          <w:jc w:val="center"/>
        </w:trPr>
        <w:tc>
          <w:tcPr>
            <w:tcW w:w="6917" w:type="dxa"/>
            <w:shd w:val="clear" w:color="auto" w:fill="EAF2F8"/>
          </w:tcPr>
          <w:p w:rsidR="00CA6D5E" w:rsidRDefault="00E6035A">
            <w:r>
              <w:rPr>
                <w:b/>
                <w:sz w:val="17"/>
              </w:rPr>
              <w:t>Раздел Б – избираеми учебни часове</w:t>
            </w:r>
          </w:p>
        </w:tc>
        <w:tc>
          <w:tcPr>
            <w:tcW w:w="1304" w:type="dxa"/>
            <w:shd w:val="clear" w:color="auto" w:fill="EAF2F8"/>
          </w:tcPr>
          <w:p w:rsidR="00CA6D5E" w:rsidRDefault="00CA6D5E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CA6D5E" w:rsidRDefault="00CA6D5E">
            <w:pPr>
              <w:jc w:val="center"/>
            </w:pP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 xml:space="preserve">Български език и литература – разширена </w:t>
            </w:r>
            <w:r>
              <w:rPr>
                <w:sz w:val="17"/>
              </w:rPr>
              <w:t>подготовка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>Математика – разширена подготовка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b/>
                <w:sz w:val="17"/>
              </w:rPr>
              <w:t>Общо за раздел Б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b/>
                <w:sz w:val="17"/>
              </w:rPr>
              <w:t>96</w:t>
            </w:r>
          </w:p>
        </w:tc>
      </w:tr>
      <w:tr w:rsidR="00CA6D5E">
        <w:trPr>
          <w:jc w:val="center"/>
        </w:trPr>
        <w:tc>
          <w:tcPr>
            <w:tcW w:w="6917" w:type="dxa"/>
            <w:shd w:val="clear" w:color="auto" w:fill="EAF2F8"/>
          </w:tcPr>
          <w:p w:rsidR="00CA6D5E" w:rsidRDefault="00E6035A">
            <w:r>
              <w:rPr>
                <w:b/>
                <w:sz w:val="17"/>
              </w:rPr>
              <w:t>Раздел В – факултативни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CA6D5E" w:rsidRDefault="00CA6D5E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CA6D5E" w:rsidRDefault="00CA6D5E">
            <w:pPr>
              <w:jc w:val="center"/>
            </w:pP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sz w:val="17"/>
              </w:rPr>
              <w:t>Няма предвидени часове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-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-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b/>
                <w:sz w:val="17"/>
              </w:rPr>
              <w:t>Общо за раздел В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</w:tr>
      <w:tr w:rsidR="00CA6D5E">
        <w:trPr>
          <w:jc w:val="center"/>
        </w:trPr>
        <w:tc>
          <w:tcPr>
            <w:tcW w:w="6917" w:type="dxa"/>
          </w:tcPr>
          <w:p w:rsidR="00CA6D5E" w:rsidRDefault="00E6035A">
            <w:r>
              <w:rPr>
                <w:b/>
                <w:sz w:val="17"/>
              </w:rPr>
              <w:t>ОБЩО ЗА РАЗДЕЛ А + РАЗДЕЛ Б + РАЗДЕЛ В</w:t>
            </w:r>
          </w:p>
        </w:tc>
        <w:tc>
          <w:tcPr>
            <w:tcW w:w="1304" w:type="dxa"/>
          </w:tcPr>
          <w:p w:rsidR="00CA6D5E" w:rsidRDefault="00E6035A">
            <w:pPr>
              <w:jc w:val="center"/>
            </w:pPr>
            <w:r>
              <w:rPr>
                <w:b/>
                <w:sz w:val="17"/>
              </w:rPr>
              <w:t>22</w:t>
            </w:r>
          </w:p>
        </w:tc>
        <w:tc>
          <w:tcPr>
            <w:tcW w:w="1587" w:type="dxa"/>
          </w:tcPr>
          <w:p w:rsidR="00CA6D5E" w:rsidRDefault="00E6035A">
            <w:pPr>
              <w:jc w:val="center"/>
            </w:pPr>
            <w:r>
              <w:rPr>
                <w:b/>
                <w:sz w:val="17"/>
              </w:rPr>
              <w:t>704</w:t>
            </w:r>
          </w:p>
        </w:tc>
      </w:tr>
    </w:tbl>
    <w:p w:rsidR="000B440B" w:rsidRDefault="008C7BA2">
      <w:pPr>
        <w:spacing w:before="120"/>
      </w:pPr>
      <w:r>
        <w:rPr>
          <w:b/>
          <w:sz w:val="22"/>
        </w:rPr>
        <w:t>II. ЧАСОВЕ И ДЕЙНОСТИ ИЗВЪН УЧЕБНИЯ ПЛАН</w:t>
      </w:r>
    </w:p>
    <w:tbl>
      <w:tblPr>
        <w:tblStyle w:val="aff2"/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6911"/>
        <w:gridCol w:w="1275"/>
        <w:gridCol w:w="1716"/>
      </w:tblGrid>
      <w:tr w:rsidR="000B440B" w:rsidTr="00F855A4">
        <w:trPr>
          <w:tblHeader/>
          <w:jc w:val="center"/>
        </w:trPr>
        <w:tc>
          <w:tcPr>
            <w:tcW w:w="691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 w:rsidP="00F855A4">
            <w:pPr>
              <w:ind w:left="781" w:hanging="781"/>
              <w:jc w:val="center"/>
            </w:pPr>
            <w:proofErr w:type="spellStart"/>
            <w:r>
              <w:rPr>
                <w:b/>
                <w:sz w:val="17"/>
              </w:rPr>
              <w:t>Учебни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предмети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вид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подготовка</w:t>
            </w:r>
            <w:proofErr w:type="spellEnd"/>
          </w:p>
        </w:tc>
        <w:tc>
          <w:tcPr>
            <w:tcW w:w="127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71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CA6D5E">
        <w:trPr>
          <w:jc w:val="center"/>
        </w:trPr>
        <w:tc>
          <w:tcPr>
            <w:tcW w:w="6911" w:type="dxa"/>
          </w:tcPr>
          <w:p w:rsidR="00CA6D5E" w:rsidRDefault="00E6035A">
            <w:r>
              <w:rPr>
                <w:sz w:val="17"/>
              </w:rPr>
              <w:t>Спортни дейности (лека атлетика)</w:t>
            </w:r>
          </w:p>
        </w:tc>
        <w:tc>
          <w:tcPr>
            <w:tcW w:w="1275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16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CA6D5E">
        <w:trPr>
          <w:jc w:val="center"/>
        </w:trPr>
        <w:tc>
          <w:tcPr>
            <w:tcW w:w="6911" w:type="dxa"/>
          </w:tcPr>
          <w:p w:rsidR="00CA6D5E" w:rsidRDefault="00E6035A">
            <w:r>
              <w:rPr>
                <w:sz w:val="17"/>
              </w:rPr>
              <w:t>Час на класа</w:t>
            </w:r>
          </w:p>
        </w:tc>
        <w:tc>
          <w:tcPr>
            <w:tcW w:w="1275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23</w:t>
            </w:r>
          </w:p>
        </w:tc>
      </w:tr>
      <w:tr w:rsidR="00CA6D5E">
        <w:trPr>
          <w:jc w:val="center"/>
        </w:trPr>
        <w:tc>
          <w:tcPr>
            <w:tcW w:w="6911" w:type="dxa"/>
          </w:tcPr>
          <w:p w:rsidR="00CA6D5E" w:rsidRDefault="00E6035A">
            <w:r>
              <w:rPr>
                <w:sz w:val="17"/>
              </w:rPr>
              <w:lastRenderedPageBreak/>
              <w:t>Безопасност на движението по пътищата</w:t>
            </w:r>
          </w:p>
        </w:tc>
        <w:tc>
          <w:tcPr>
            <w:tcW w:w="1275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CA6D5E" w:rsidRDefault="00E6035A">
            <w:pPr>
              <w:jc w:val="center"/>
            </w:pPr>
            <w:r>
              <w:rPr>
                <w:sz w:val="17"/>
              </w:rPr>
              <w:t>9</w:t>
            </w:r>
          </w:p>
        </w:tc>
      </w:tr>
    </w:tbl>
    <w:p w:rsidR="000B440B" w:rsidRDefault="008C7BA2">
      <w:r>
        <w:t>* Часовете по БДП и часът на класа са отразени според данните в НЕИСПУО: БДП – 5 часа през I срок и 4 часа през II срок; час на класа – 13 часа през I срок и 10 часа през II срок.</w:t>
      </w:r>
    </w:p>
    <w:p w:rsidR="000B440B" w:rsidRDefault="008C7BA2">
      <w:r>
        <w:rPr>
          <w:b/>
          <w:sz w:val="22"/>
        </w:rPr>
        <w:t>III. ПОЯСНИТЕЛНИ БЕЛЕЖКИ</w:t>
      </w:r>
    </w:p>
    <w:p w:rsidR="000B440B" w:rsidRDefault="008C7BA2">
      <w:pPr>
        <w:ind w:left="113"/>
      </w:pPr>
      <w:r>
        <w:t>1. Училищният учебен план се прилага за учениците от I „а“ през учебната 2026/2027 година.</w:t>
      </w:r>
    </w:p>
    <w:p w:rsidR="000B440B" w:rsidRDefault="008C7BA2">
      <w:pPr>
        <w:ind w:left="113"/>
      </w:pPr>
      <w:r>
        <w:rPr>
          <w:sz w:val="17"/>
        </w:rPr>
        <w:t>2. Данните за учебните предмети и броя на часовете в раздел А и раздел Б са пренесени от предоставения отчет от НЕИСПУО.</w:t>
      </w:r>
    </w:p>
    <w:p w:rsidR="000B440B" w:rsidRDefault="008C7BA2">
      <w:pPr>
        <w:ind w:left="113"/>
      </w:pPr>
      <w:r>
        <w:rPr>
          <w:sz w:val="17"/>
        </w:rPr>
        <w:t>3. За раздел В в предоставения отчет от НЕИСПУО не са посочени факултативни учебни часове.</w:t>
      </w:r>
    </w:p>
    <w:p w:rsidR="000B440B" w:rsidRDefault="008C7BA2">
      <w:pPr>
        <w:ind w:left="113"/>
      </w:pPr>
      <w:r>
        <w:t>4. Спортните дейности са извън часовете по учебния план. В предоставения отчет е посочена спортна дейност „лека атлетика“ – 1 час седмично, 32 часа годишно.</w:t>
      </w:r>
    </w:p>
    <w:p w:rsidR="000B440B" w:rsidRDefault="008C7BA2">
      <w:pPr>
        <w:ind w:left="113"/>
      </w:pPr>
      <w:r>
        <w:rPr>
          <w:sz w:val="17"/>
        </w:rPr>
        <w:t>5. Учебните часове по безопасност на движението по пътищата и часът на класа са извън учебния план и са отразени съобразно данните в предоставения отчет от НЕИСПУО.</w:t>
      </w:r>
    </w:p>
    <w:p w:rsidR="00F855A4" w:rsidRDefault="008C7BA2" w:rsidP="00F855A4">
      <w:pPr>
        <w:spacing w:before="160"/>
        <w:rPr>
          <w:sz w:val="18"/>
        </w:rPr>
      </w:pPr>
      <w:proofErr w:type="spellStart"/>
      <w:r>
        <w:rPr>
          <w:b/>
          <w:sz w:val="18"/>
        </w:rPr>
        <w:t>Приет</w:t>
      </w:r>
      <w:proofErr w:type="spellEnd"/>
      <w:r>
        <w:rPr>
          <w:b/>
          <w:sz w:val="18"/>
        </w:rPr>
        <w:t xml:space="preserve"> с </w:t>
      </w:r>
      <w:proofErr w:type="spellStart"/>
      <w:r>
        <w:rPr>
          <w:b/>
          <w:sz w:val="18"/>
        </w:rPr>
        <w:t>решение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Педагогическия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съвет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№ </w:t>
      </w:r>
      <w:r w:rsidR="00F855A4"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11.09.2026 </w:t>
      </w:r>
      <w:r w:rsidR="00F855A4" w:rsidRPr="00F855A4">
        <w:rPr>
          <w:sz w:val="18"/>
        </w:rPr>
        <w:t xml:space="preserve"> </w:t>
      </w:r>
    </w:p>
    <w:p w:rsidR="000B440B" w:rsidRDefault="008C7BA2" w:rsidP="00F855A4">
      <w:pPr>
        <w:spacing w:before="160"/>
      </w:pPr>
      <w:proofErr w:type="spellStart"/>
      <w:r>
        <w:rPr>
          <w:b/>
          <w:sz w:val="18"/>
        </w:rPr>
        <w:t>Утвърден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със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заповед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директора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681CC5">
        <w:rPr>
          <w:sz w:val="18"/>
          <w:lang w:val="bg-BG"/>
        </w:rPr>
        <w:t>РД 1243-9/15.09.2026г</w:t>
      </w:r>
      <w:bookmarkStart w:id="0" w:name="_GoBack"/>
      <w:bookmarkEnd w:id="0"/>
    </w:p>
    <w:sectPr w:rsidR="000B440B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35A" w:rsidRDefault="00E6035A">
      <w:pPr>
        <w:spacing w:after="0" w:line="240" w:lineRule="auto"/>
      </w:pPr>
      <w:r>
        <w:separator/>
      </w:r>
    </w:p>
  </w:endnote>
  <w:endnote w:type="continuationSeparator" w:id="0">
    <w:p w:rsidR="00E6035A" w:rsidRDefault="00E60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40B" w:rsidRDefault="008C7BA2">
    <w:pPr>
      <w:pStyle w:val="a7"/>
      <w:jc w:val="center"/>
    </w:pPr>
    <w:r>
      <w:rPr>
        <w:sz w:val="16"/>
      </w:rPr>
      <w:t>НУ „Отец Паисий“ – гр. Симеоновград • Училищен учебен план • I „б“ клас •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35A" w:rsidRDefault="00E6035A">
      <w:pPr>
        <w:spacing w:after="0" w:line="240" w:lineRule="auto"/>
      </w:pPr>
      <w:r>
        <w:separator/>
      </w:r>
    </w:p>
  </w:footnote>
  <w:footnote w:type="continuationSeparator" w:id="0">
    <w:p w:rsidR="00E6035A" w:rsidRDefault="00E60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40B"/>
    <w:rsid w:val="0015074B"/>
    <w:rsid w:val="0029639D"/>
    <w:rsid w:val="00326F90"/>
    <w:rsid w:val="00681CC5"/>
    <w:rsid w:val="008C7BA2"/>
    <w:rsid w:val="00AA1D8D"/>
    <w:rsid w:val="00B47730"/>
    <w:rsid w:val="00CA6D5E"/>
    <w:rsid w:val="00CB0664"/>
    <w:rsid w:val="00E6035A"/>
    <w:rsid w:val="00F855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E88697D-B53A-4184-8C57-C08D3485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7F6C56-A242-4357-945C-3293A7D95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2026-10-01T07:30:00Z</dcterms:modified>
  <cp:category/>
</cp:coreProperties>
</file>